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52101" w14:textId="77777777" w:rsidR="007D3289" w:rsidRDefault="00000000">
      <w:pPr>
        <w:pStyle w:val="Title"/>
        <w:jc w:val="center"/>
      </w:pPr>
      <w:r>
        <w:t>ELT 10-Day Pre-Thanksgiving Challenge</w:t>
      </w:r>
    </w:p>
    <w:p w14:paraId="327FEEAB" w14:textId="77777777" w:rsidR="007D3289" w:rsidRDefault="00000000">
      <w:pPr>
        <w:jc w:val="center"/>
      </w:pPr>
      <w:r>
        <w:t>A healthier, lighter, more energized YOU!</w:t>
      </w:r>
    </w:p>
    <w:p w14:paraId="70F3DEA6" w14:textId="77777777" w:rsidR="007D3289" w:rsidRPr="003568E2" w:rsidRDefault="00000000">
      <w:pPr>
        <w:jc w:val="center"/>
        <w:rPr>
          <w:b/>
          <w:bCs/>
        </w:rPr>
      </w:pPr>
      <w:r w:rsidRPr="003568E2">
        <w:rPr>
          <w:b/>
          <w:bCs/>
        </w:rPr>
        <w:t>NOVEMBER 13–22, 2026  |  THANKSGIVING: NOVEMBER 26  |  RESET: NOVEMBER 30–DECEMBER 2</w:t>
      </w:r>
    </w:p>
    <w:p w14:paraId="56B17FEA" w14:textId="7D88ABDC" w:rsidR="007D3289" w:rsidRDefault="00000000" w:rsidP="003568E2">
      <w:pPr>
        <w:jc w:val="center"/>
      </w:pPr>
      <w:r>
        <w:t>Choose one level for all 10 days—or try the 3–3–4 progression.</w:t>
      </w:r>
    </w:p>
    <w:p w14:paraId="7285065A" w14:textId="77777777" w:rsidR="007D3289" w:rsidRDefault="00000000">
      <w:pPr>
        <w:pStyle w:val="Heading1"/>
      </w:pPr>
      <w:r>
        <w:t>Choose your level</w:t>
      </w:r>
    </w:p>
    <w:p w14:paraId="74519C6F" w14:textId="77777777" w:rsidR="007D3289" w:rsidRDefault="00000000">
      <w:pPr>
        <w:pStyle w:val="Heading2"/>
      </w:pPr>
      <w:r>
        <w:t>LEVEL 1  |  Simple Start</w:t>
      </w:r>
    </w:p>
    <w:p w14:paraId="79EB442F" w14:textId="77777777" w:rsidR="007D3289" w:rsidRDefault="00000000">
      <w:r>
        <w:t>Eliminate processed sugar and all grains (including wheat, oats, rice, corn, quinoa, barley, rye, and grain flours). Build meals around protein, vegetables, fruit, and healthy fats. The book permits up to 1 tablespoon total of raw honey or pure maple syrup daily.</w:t>
      </w:r>
    </w:p>
    <w:p w14:paraId="51A3B4A3" w14:textId="77777777" w:rsidR="007D3289" w:rsidRDefault="00000000">
      <w:pPr>
        <w:pStyle w:val="Heading2"/>
      </w:pPr>
      <w:r>
        <w:t>LEVEL 2  |  Notch It Up</w:t>
      </w:r>
    </w:p>
    <w:p w14:paraId="1055AAE8" w14:textId="77777777" w:rsidR="007D3289" w:rsidRDefault="00000000">
      <w:r>
        <w:t>Continue Level 1; also eliminate dairy, nuts, beans and legumes, and flour-based foods. Avoid shellfish, cold cuts/cured meats, artificial sweeteners, heavily processed foods, and vegetable oils other than olive and avocado oil. The book additionally encourages avoiding white potatoes and alcohol.</w:t>
      </w:r>
    </w:p>
    <w:p w14:paraId="418A4A04" w14:textId="77777777" w:rsidR="007D3289" w:rsidRDefault="00000000">
      <w:pPr>
        <w:pStyle w:val="Heading2"/>
      </w:pPr>
      <w:r>
        <w:t>LEVEL 3  |  Full Elimination</w:t>
      </w:r>
    </w:p>
    <w:p w14:paraId="71465D15" w14:textId="77777777" w:rsidR="007D3289" w:rsidRDefault="00000000">
      <w:r>
        <w:t>Continue Level 2; also eliminate soy, caffeine, eggs, white potatoes, and alcohol. In the book’s longer Level 3 plan, eggs are removed during the last four days; this challenge places the egg-free days on days 7–10. Choose satisfying meals, not restrictive portions.</w:t>
      </w:r>
    </w:p>
    <w:p w14:paraId="336DE278" w14:textId="77777777" w:rsidR="007D3289" w:rsidRDefault="00000000">
      <w:pPr>
        <w:pStyle w:val="Heading1"/>
      </w:pPr>
      <w:r>
        <w:t>Your optional 3–3–4 schedule</w:t>
      </w:r>
    </w:p>
    <w:tbl>
      <w:tblPr>
        <w:tblStyle w:val="LightShading-Accent1"/>
        <w:tblW w:w="0" w:type="auto"/>
        <w:tblLook w:val="04A0" w:firstRow="1" w:lastRow="0" w:firstColumn="1" w:lastColumn="0" w:noHBand="0" w:noVBand="1"/>
      </w:tblPr>
      <w:tblGrid>
        <w:gridCol w:w="3360"/>
        <w:gridCol w:w="3360"/>
        <w:gridCol w:w="3360"/>
      </w:tblGrid>
      <w:tr w:rsidR="007D3289" w14:paraId="4FA12DB5" w14:textId="77777777" w:rsidTr="007D32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0" w:type="dxa"/>
          </w:tcPr>
          <w:p w14:paraId="1995E864" w14:textId="77777777" w:rsidR="007D3289" w:rsidRDefault="00000000">
            <w:r>
              <w:t>Days</w:t>
            </w:r>
          </w:p>
        </w:tc>
        <w:tc>
          <w:tcPr>
            <w:tcW w:w="3360" w:type="dxa"/>
          </w:tcPr>
          <w:p w14:paraId="27011328" w14:textId="77777777" w:rsidR="007D3289" w:rsidRDefault="00000000">
            <w:pPr>
              <w:cnfStyle w:val="100000000000" w:firstRow="1" w:lastRow="0" w:firstColumn="0" w:lastColumn="0" w:oddVBand="0" w:evenVBand="0" w:oddHBand="0" w:evenHBand="0" w:firstRowFirstColumn="0" w:firstRowLastColumn="0" w:lastRowFirstColumn="0" w:lastRowLastColumn="0"/>
            </w:pPr>
            <w:r>
              <w:t>Dates</w:t>
            </w:r>
          </w:p>
        </w:tc>
        <w:tc>
          <w:tcPr>
            <w:tcW w:w="3360" w:type="dxa"/>
          </w:tcPr>
          <w:p w14:paraId="6F489C4D" w14:textId="77777777" w:rsidR="007D3289" w:rsidRDefault="00000000">
            <w:pPr>
              <w:cnfStyle w:val="100000000000" w:firstRow="1" w:lastRow="0" w:firstColumn="0" w:lastColumn="0" w:oddVBand="0" w:evenVBand="0" w:oddHBand="0" w:evenHBand="0" w:firstRowFirstColumn="0" w:firstRowLastColumn="0" w:lastRowFirstColumn="0" w:lastRowLastColumn="0"/>
            </w:pPr>
            <w:r>
              <w:t>Focus</w:t>
            </w:r>
          </w:p>
        </w:tc>
      </w:tr>
      <w:tr w:rsidR="007D3289" w14:paraId="26DE93D1" w14:textId="77777777" w:rsidTr="007D3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0" w:type="dxa"/>
          </w:tcPr>
          <w:p w14:paraId="75635CA1" w14:textId="77777777" w:rsidR="007D3289" w:rsidRDefault="00000000">
            <w:r>
              <w:t>1–3 · Level 1</w:t>
            </w:r>
          </w:p>
        </w:tc>
        <w:tc>
          <w:tcPr>
            <w:tcW w:w="3360" w:type="dxa"/>
          </w:tcPr>
          <w:p w14:paraId="7FE5918F" w14:textId="77777777" w:rsidR="007D3289" w:rsidRDefault="00000000">
            <w:pPr>
              <w:cnfStyle w:val="000000100000" w:firstRow="0" w:lastRow="0" w:firstColumn="0" w:lastColumn="0" w:oddVBand="0" w:evenVBand="0" w:oddHBand="1" w:evenHBand="0" w:firstRowFirstColumn="0" w:firstRowLastColumn="0" w:lastRowFirstColumn="0" w:lastRowLastColumn="0"/>
            </w:pPr>
            <w:r>
              <w:t>Nov. 13–15</w:t>
            </w:r>
          </w:p>
        </w:tc>
        <w:tc>
          <w:tcPr>
            <w:tcW w:w="3360" w:type="dxa"/>
          </w:tcPr>
          <w:p w14:paraId="250E0B92" w14:textId="77777777" w:rsidR="007D3289" w:rsidRDefault="00000000">
            <w:pPr>
              <w:cnfStyle w:val="000000100000" w:firstRow="0" w:lastRow="0" w:firstColumn="0" w:lastColumn="0" w:oddVBand="0" w:evenVBand="0" w:oddHBand="1" w:evenHBand="0" w:firstRowFirstColumn="0" w:firstRowLastColumn="0" w:lastRowFirstColumn="0" w:lastRowLastColumn="0"/>
            </w:pPr>
            <w:r>
              <w:t>Remove processed sugar and grains.</w:t>
            </w:r>
          </w:p>
        </w:tc>
      </w:tr>
      <w:tr w:rsidR="007D3289" w14:paraId="166836F1" w14:textId="77777777" w:rsidTr="007D3289">
        <w:tc>
          <w:tcPr>
            <w:cnfStyle w:val="001000000000" w:firstRow="0" w:lastRow="0" w:firstColumn="1" w:lastColumn="0" w:oddVBand="0" w:evenVBand="0" w:oddHBand="0" w:evenHBand="0" w:firstRowFirstColumn="0" w:firstRowLastColumn="0" w:lastRowFirstColumn="0" w:lastRowLastColumn="0"/>
            <w:tcW w:w="3360" w:type="dxa"/>
          </w:tcPr>
          <w:p w14:paraId="43D9801C" w14:textId="77777777" w:rsidR="007D3289" w:rsidRDefault="00000000">
            <w:r>
              <w:t>4–6 · Level 2</w:t>
            </w:r>
          </w:p>
        </w:tc>
        <w:tc>
          <w:tcPr>
            <w:tcW w:w="3360" w:type="dxa"/>
          </w:tcPr>
          <w:p w14:paraId="0A147B15" w14:textId="77777777" w:rsidR="007D3289" w:rsidRDefault="00000000">
            <w:pPr>
              <w:cnfStyle w:val="000000000000" w:firstRow="0" w:lastRow="0" w:firstColumn="0" w:lastColumn="0" w:oddVBand="0" w:evenVBand="0" w:oddHBand="0" w:evenHBand="0" w:firstRowFirstColumn="0" w:firstRowLastColumn="0" w:lastRowFirstColumn="0" w:lastRowLastColumn="0"/>
            </w:pPr>
            <w:r>
              <w:t>Nov. 16–18</w:t>
            </w:r>
          </w:p>
        </w:tc>
        <w:tc>
          <w:tcPr>
            <w:tcW w:w="3360" w:type="dxa"/>
          </w:tcPr>
          <w:p w14:paraId="4EC27DFD" w14:textId="77777777" w:rsidR="007D3289" w:rsidRDefault="00000000">
            <w:pPr>
              <w:cnfStyle w:val="000000000000" w:firstRow="0" w:lastRow="0" w:firstColumn="0" w:lastColumn="0" w:oddVBand="0" w:evenVBand="0" w:oddHBand="0" w:evenHBand="0" w:firstRowFirstColumn="0" w:firstRowLastColumn="0" w:lastRowFirstColumn="0" w:lastRowLastColumn="0"/>
            </w:pPr>
            <w:r>
              <w:t>Add Level 2 eliminations; plan easy meals.</w:t>
            </w:r>
          </w:p>
        </w:tc>
      </w:tr>
      <w:tr w:rsidR="007D3289" w14:paraId="52D481A1" w14:textId="77777777" w:rsidTr="007D3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0" w:type="dxa"/>
          </w:tcPr>
          <w:p w14:paraId="371081D6" w14:textId="77777777" w:rsidR="007D3289" w:rsidRDefault="00000000">
            <w:r>
              <w:t>7–10 · Level 3</w:t>
            </w:r>
          </w:p>
        </w:tc>
        <w:tc>
          <w:tcPr>
            <w:tcW w:w="3360" w:type="dxa"/>
          </w:tcPr>
          <w:p w14:paraId="0F51B0C2" w14:textId="77777777" w:rsidR="007D3289" w:rsidRDefault="00000000">
            <w:pPr>
              <w:cnfStyle w:val="000000100000" w:firstRow="0" w:lastRow="0" w:firstColumn="0" w:lastColumn="0" w:oddVBand="0" w:evenVBand="0" w:oddHBand="1" w:evenHBand="0" w:firstRowFirstColumn="0" w:firstRowLastColumn="0" w:lastRowFirstColumn="0" w:lastRowLastColumn="0"/>
            </w:pPr>
            <w:r>
              <w:t>Nov. 19–22</w:t>
            </w:r>
          </w:p>
        </w:tc>
        <w:tc>
          <w:tcPr>
            <w:tcW w:w="3360" w:type="dxa"/>
          </w:tcPr>
          <w:p w14:paraId="4BF6B6ED" w14:textId="77777777" w:rsidR="007D3289" w:rsidRDefault="00000000">
            <w:pPr>
              <w:cnfStyle w:val="000000100000" w:firstRow="0" w:lastRow="0" w:firstColumn="0" w:lastColumn="0" w:oddVBand="0" w:evenVBand="0" w:oddHBand="1" w:evenHBand="0" w:firstRowFirstColumn="0" w:firstRowLastColumn="0" w:lastRowFirstColumn="0" w:lastRowLastColumn="0"/>
            </w:pPr>
            <w:r>
              <w:t>Add Level 3 eliminations; finish strong.</w:t>
            </w:r>
          </w:p>
        </w:tc>
      </w:tr>
    </w:tbl>
    <w:p w14:paraId="3D7DEE08" w14:textId="46FF9200" w:rsidR="007D3289" w:rsidRDefault="00000000">
      <w:r>
        <w:t>You may stay at Level 1 or 2 if that is more manageable. Progress</w:t>
      </w:r>
      <w:r w:rsidR="003568E2">
        <w:t xml:space="preserve"> over P</w:t>
      </w:r>
      <w:r>
        <w:t>erfection!</w:t>
      </w:r>
    </w:p>
    <w:p w14:paraId="23217C01" w14:textId="77777777" w:rsidR="007D3289" w:rsidRDefault="00000000">
      <w:pPr>
        <w:pStyle w:val="Heading1"/>
      </w:pPr>
      <w:r>
        <w:t>Five daily habits</w:t>
      </w:r>
    </w:p>
    <w:p w14:paraId="569EF6B2" w14:textId="77777777" w:rsidR="007D3289" w:rsidRDefault="00000000">
      <w:pPr>
        <w:pStyle w:val="ListBullet"/>
      </w:pPr>
      <w:r>
        <w:t>HYDRATE: The book suggests 80 oz of water daily, including unsweetened herbal tea. Adjust to your needs and medical guidance.</w:t>
      </w:r>
    </w:p>
    <w:p w14:paraId="2B6AFDAE" w14:textId="77777777" w:rsidR="007D3289" w:rsidRDefault="00000000">
      <w:pPr>
        <w:pStyle w:val="ListBullet"/>
      </w:pPr>
      <w:r>
        <w:t>MOVE: Aim for 20–30 minutes of comfortable moderate activity, such as walking; start with 10 minutes if needed.</w:t>
      </w:r>
    </w:p>
    <w:p w14:paraId="4292CF15" w14:textId="77777777" w:rsidR="007D3289" w:rsidRDefault="00000000">
      <w:pPr>
        <w:pStyle w:val="ListBullet"/>
      </w:pPr>
      <w:r>
        <w:t>NOURISH: Eat adequate protein, colorful vegetables, suitable fruit, and healthy fats. Do not skip meals to “make up” for eating.</w:t>
      </w:r>
    </w:p>
    <w:p w14:paraId="151F2E6D" w14:textId="77777777" w:rsidR="007D3289" w:rsidRDefault="00000000">
      <w:pPr>
        <w:pStyle w:val="ListBullet"/>
      </w:pPr>
      <w:r>
        <w:t>RENEW YOUR MIND: Start with prayer, Scripture, gratitude, or a positive self-talk statement.</w:t>
      </w:r>
    </w:p>
    <w:p w14:paraId="6844BE3F" w14:textId="77777777" w:rsidR="007D3289" w:rsidRDefault="00000000">
      <w:pPr>
        <w:pStyle w:val="ListBullet"/>
      </w:pPr>
      <w:r>
        <w:t>REST: Make sleep a priority; most adults benefit from 7–9 hours nightly.</w:t>
      </w:r>
    </w:p>
    <w:p w14:paraId="30436F00" w14:textId="77777777" w:rsidR="007D3289" w:rsidRDefault="00000000">
      <w:r>
        <w:br w:type="page"/>
      </w:r>
    </w:p>
    <w:p w14:paraId="26060CFF" w14:textId="77777777" w:rsidR="007D3289" w:rsidRDefault="00000000">
      <w:pPr>
        <w:pStyle w:val="Heading1"/>
      </w:pPr>
      <w:r>
        <w:lastRenderedPageBreak/>
        <w:t>Your 10-day encouragement calendar</w:t>
      </w:r>
    </w:p>
    <w:tbl>
      <w:tblPr>
        <w:tblStyle w:val="LightShading-Accent1"/>
        <w:tblW w:w="0" w:type="auto"/>
        <w:tblLook w:val="04A0" w:firstRow="1" w:lastRow="0" w:firstColumn="1" w:lastColumn="0" w:noHBand="0" w:noVBand="1"/>
      </w:tblPr>
      <w:tblGrid>
        <w:gridCol w:w="3360"/>
        <w:gridCol w:w="3360"/>
        <w:gridCol w:w="3360"/>
      </w:tblGrid>
      <w:tr w:rsidR="007D3289" w14:paraId="54C3DF67" w14:textId="77777777" w:rsidTr="007D32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0" w:type="dxa"/>
          </w:tcPr>
          <w:p w14:paraId="512D5CBD" w14:textId="77777777" w:rsidR="007D3289" w:rsidRDefault="00000000">
            <w:r>
              <w:t>Day</w:t>
            </w:r>
          </w:p>
        </w:tc>
        <w:tc>
          <w:tcPr>
            <w:tcW w:w="3360" w:type="dxa"/>
          </w:tcPr>
          <w:p w14:paraId="544BB126" w14:textId="77777777" w:rsidR="007D3289" w:rsidRDefault="00000000">
            <w:pPr>
              <w:cnfStyle w:val="100000000000" w:firstRow="1" w:lastRow="0" w:firstColumn="0" w:lastColumn="0" w:oddVBand="0" w:evenVBand="0" w:oddHBand="0" w:evenHBand="0" w:firstRowFirstColumn="0" w:firstRowLastColumn="0" w:lastRowFirstColumn="0" w:lastRowLastColumn="0"/>
            </w:pPr>
            <w:r>
              <w:t>Theme</w:t>
            </w:r>
          </w:p>
        </w:tc>
        <w:tc>
          <w:tcPr>
            <w:tcW w:w="3360" w:type="dxa"/>
          </w:tcPr>
          <w:p w14:paraId="76D7ED9F" w14:textId="77777777" w:rsidR="007D3289" w:rsidRDefault="00000000">
            <w:pPr>
              <w:cnfStyle w:val="100000000000" w:firstRow="1" w:lastRow="0" w:firstColumn="0" w:lastColumn="0" w:oddVBand="0" w:evenVBand="0" w:oddHBand="0" w:evenHBand="0" w:firstRowFirstColumn="0" w:firstRowLastColumn="0" w:lastRowFirstColumn="0" w:lastRowLastColumn="0"/>
            </w:pPr>
            <w:r>
              <w:t>Small action</w:t>
            </w:r>
          </w:p>
        </w:tc>
      </w:tr>
      <w:tr w:rsidR="007D3289" w14:paraId="3B47DF90" w14:textId="77777777" w:rsidTr="007D3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0" w:type="dxa"/>
          </w:tcPr>
          <w:p w14:paraId="795E48CF" w14:textId="77777777" w:rsidR="007D3289" w:rsidRDefault="00000000">
            <w:r>
              <w:t>1</w:t>
            </w:r>
          </w:p>
        </w:tc>
        <w:tc>
          <w:tcPr>
            <w:tcW w:w="3360" w:type="dxa"/>
          </w:tcPr>
          <w:p w14:paraId="311C1799" w14:textId="77777777" w:rsidR="007D3289" w:rsidRDefault="00000000">
            <w:pPr>
              <w:cnfStyle w:val="000000100000" w:firstRow="0" w:lastRow="0" w:firstColumn="0" w:lastColumn="0" w:oddVBand="0" w:evenVBand="0" w:oddHBand="1" w:evenHBand="0" w:firstRowFirstColumn="0" w:firstRowLastColumn="0" w:lastRowFirstColumn="0" w:lastRowLastColumn="0"/>
            </w:pPr>
            <w:r>
              <w:t>Fresh Start</w:t>
            </w:r>
          </w:p>
        </w:tc>
        <w:tc>
          <w:tcPr>
            <w:tcW w:w="3360" w:type="dxa"/>
          </w:tcPr>
          <w:p w14:paraId="1DC21FBA" w14:textId="77777777" w:rsidR="007D3289" w:rsidRDefault="00000000">
            <w:pPr>
              <w:cnfStyle w:val="000000100000" w:firstRow="0" w:lastRow="0" w:firstColumn="0" w:lastColumn="0" w:oddVBand="0" w:evenVBand="0" w:oddHBand="1" w:evenHBand="0" w:firstRowFirstColumn="0" w:firstRowLastColumn="0" w:lastRowFirstColumn="0" w:lastRowLastColumn="0"/>
            </w:pPr>
            <w:r>
              <w:t>Record how you feel and your personal goal.</w:t>
            </w:r>
          </w:p>
        </w:tc>
      </w:tr>
      <w:tr w:rsidR="007D3289" w14:paraId="1E63BA5C" w14:textId="77777777" w:rsidTr="007D3289">
        <w:tc>
          <w:tcPr>
            <w:cnfStyle w:val="001000000000" w:firstRow="0" w:lastRow="0" w:firstColumn="1" w:lastColumn="0" w:oddVBand="0" w:evenVBand="0" w:oddHBand="0" w:evenHBand="0" w:firstRowFirstColumn="0" w:firstRowLastColumn="0" w:lastRowFirstColumn="0" w:lastRowLastColumn="0"/>
            <w:tcW w:w="3360" w:type="dxa"/>
          </w:tcPr>
          <w:p w14:paraId="4F586B9B" w14:textId="77777777" w:rsidR="007D3289" w:rsidRDefault="00000000">
            <w:r>
              <w:t>2</w:t>
            </w:r>
          </w:p>
        </w:tc>
        <w:tc>
          <w:tcPr>
            <w:tcW w:w="3360" w:type="dxa"/>
          </w:tcPr>
          <w:p w14:paraId="0E25006A" w14:textId="77777777" w:rsidR="007D3289" w:rsidRDefault="00000000">
            <w:pPr>
              <w:cnfStyle w:val="000000000000" w:firstRow="0" w:lastRow="0" w:firstColumn="0" w:lastColumn="0" w:oddVBand="0" w:evenVBand="0" w:oddHBand="0" w:evenHBand="0" w:firstRowFirstColumn="0" w:firstRowLastColumn="0" w:lastRowFirstColumn="0" w:lastRowLastColumn="0"/>
            </w:pPr>
            <w:r>
              <w:t>Sugar Awareness</w:t>
            </w:r>
          </w:p>
        </w:tc>
        <w:tc>
          <w:tcPr>
            <w:tcW w:w="3360" w:type="dxa"/>
          </w:tcPr>
          <w:p w14:paraId="3C8D9396" w14:textId="77777777" w:rsidR="007D3289" w:rsidRDefault="00000000">
            <w:pPr>
              <w:cnfStyle w:val="000000000000" w:firstRow="0" w:lastRow="0" w:firstColumn="0" w:lastColumn="0" w:oddVBand="0" w:evenVBand="0" w:oddHBand="0" w:evenHBand="0" w:firstRowFirstColumn="0" w:firstRowLastColumn="0" w:lastRowFirstColumn="0" w:lastRowLastColumn="0"/>
            </w:pPr>
            <w:r>
              <w:t>Look for added sugars on labels.</w:t>
            </w:r>
          </w:p>
        </w:tc>
      </w:tr>
      <w:tr w:rsidR="007D3289" w14:paraId="4714824C" w14:textId="77777777" w:rsidTr="007D3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0" w:type="dxa"/>
          </w:tcPr>
          <w:p w14:paraId="72F11F3B" w14:textId="77777777" w:rsidR="007D3289" w:rsidRDefault="00000000">
            <w:r>
              <w:t>3</w:t>
            </w:r>
          </w:p>
        </w:tc>
        <w:tc>
          <w:tcPr>
            <w:tcW w:w="3360" w:type="dxa"/>
          </w:tcPr>
          <w:p w14:paraId="27480309" w14:textId="77777777" w:rsidR="007D3289" w:rsidRDefault="00000000">
            <w:pPr>
              <w:cnfStyle w:val="000000100000" w:firstRow="0" w:lastRow="0" w:firstColumn="0" w:lastColumn="0" w:oddVBand="0" w:evenVBand="0" w:oddHBand="1" w:evenHBand="0" w:firstRowFirstColumn="0" w:firstRowLastColumn="0" w:lastRowFirstColumn="0" w:lastRowLastColumn="0"/>
            </w:pPr>
            <w:r>
              <w:t>Small Steps</w:t>
            </w:r>
          </w:p>
        </w:tc>
        <w:tc>
          <w:tcPr>
            <w:tcW w:w="3360" w:type="dxa"/>
          </w:tcPr>
          <w:p w14:paraId="10A939A1" w14:textId="77777777" w:rsidR="007D3289" w:rsidRDefault="00000000">
            <w:pPr>
              <w:cnfStyle w:val="000000100000" w:firstRow="0" w:lastRow="0" w:firstColumn="0" w:lastColumn="0" w:oddVBand="0" w:evenVBand="0" w:oddHBand="1" w:evenHBand="0" w:firstRowFirstColumn="0" w:firstRowLastColumn="0" w:lastRowFirstColumn="0" w:lastRowLastColumn="0"/>
            </w:pPr>
            <w:r>
              <w:t>Celebrate your first three days.</w:t>
            </w:r>
          </w:p>
        </w:tc>
      </w:tr>
      <w:tr w:rsidR="007D3289" w14:paraId="5FA8A195" w14:textId="77777777" w:rsidTr="007D3289">
        <w:tc>
          <w:tcPr>
            <w:cnfStyle w:val="001000000000" w:firstRow="0" w:lastRow="0" w:firstColumn="1" w:lastColumn="0" w:oddVBand="0" w:evenVBand="0" w:oddHBand="0" w:evenHBand="0" w:firstRowFirstColumn="0" w:firstRowLastColumn="0" w:lastRowFirstColumn="0" w:lastRowLastColumn="0"/>
            <w:tcW w:w="3360" w:type="dxa"/>
          </w:tcPr>
          <w:p w14:paraId="78D768E9" w14:textId="77777777" w:rsidR="007D3289" w:rsidRDefault="00000000">
            <w:r>
              <w:t>4</w:t>
            </w:r>
          </w:p>
        </w:tc>
        <w:tc>
          <w:tcPr>
            <w:tcW w:w="3360" w:type="dxa"/>
          </w:tcPr>
          <w:p w14:paraId="7AE0A189" w14:textId="77777777" w:rsidR="007D3289" w:rsidRDefault="00000000">
            <w:pPr>
              <w:cnfStyle w:val="000000000000" w:firstRow="0" w:lastRow="0" w:firstColumn="0" w:lastColumn="0" w:oddVBand="0" w:evenVBand="0" w:oddHBand="0" w:evenHBand="0" w:firstRowFirstColumn="0" w:firstRowLastColumn="0" w:lastRowFirstColumn="0" w:lastRowLastColumn="0"/>
            </w:pPr>
            <w:r>
              <w:t>Notch It Up</w:t>
            </w:r>
          </w:p>
        </w:tc>
        <w:tc>
          <w:tcPr>
            <w:tcW w:w="3360" w:type="dxa"/>
          </w:tcPr>
          <w:p w14:paraId="16A1FE62" w14:textId="77777777" w:rsidR="007D3289" w:rsidRDefault="00000000">
            <w:pPr>
              <w:cnfStyle w:val="000000000000" w:firstRow="0" w:lastRow="0" w:firstColumn="0" w:lastColumn="0" w:oddVBand="0" w:evenVBand="0" w:oddHBand="0" w:evenHBand="0" w:firstRowFirstColumn="0" w:firstRowLastColumn="0" w:lastRowFirstColumn="0" w:lastRowLastColumn="0"/>
            </w:pPr>
            <w:r>
              <w:t>Prepare simple Level 2 meals.</w:t>
            </w:r>
          </w:p>
        </w:tc>
      </w:tr>
      <w:tr w:rsidR="007D3289" w14:paraId="0AB94321" w14:textId="77777777" w:rsidTr="007D3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0" w:type="dxa"/>
          </w:tcPr>
          <w:p w14:paraId="634BC2DE" w14:textId="77777777" w:rsidR="007D3289" w:rsidRDefault="00000000">
            <w:r>
              <w:t>5</w:t>
            </w:r>
          </w:p>
        </w:tc>
        <w:tc>
          <w:tcPr>
            <w:tcW w:w="3360" w:type="dxa"/>
          </w:tcPr>
          <w:p w14:paraId="6C7FB482" w14:textId="77777777" w:rsidR="007D3289" w:rsidRDefault="00000000">
            <w:pPr>
              <w:cnfStyle w:val="000000100000" w:firstRow="0" w:lastRow="0" w:firstColumn="0" w:lastColumn="0" w:oddVBand="0" w:evenVBand="0" w:oddHBand="1" w:evenHBand="0" w:firstRowFirstColumn="0" w:firstRowLastColumn="0" w:lastRowFirstColumn="0" w:lastRowLastColumn="0"/>
            </w:pPr>
            <w:r>
              <w:t>Hydration</w:t>
            </w:r>
          </w:p>
        </w:tc>
        <w:tc>
          <w:tcPr>
            <w:tcW w:w="3360" w:type="dxa"/>
          </w:tcPr>
          <w:p w14:paraId="7A3CD4B6" w14:textId="77777777" w:rsidR="007D3289" w:rsidRDefault="00000000">
            <w:pPr>
              <w:cnfStyle w:val="000000100000" w:firstRow="0" w:lastRow="0" w:firstColumn="0" w:lastColumn="0" w:oddVBand="0" w:evenVBand="0" w:oddHBand="1" w:evenHBand="0" w:firstRowFirstColumn="0" w:firstRowLastColumn="0" w:lastRowFirstColumn="0" w:lastRowLastColumn="0"/>
            </w:pPr>
            <w:r>
              <w:t>Keep water within reach.</w:t>
            </w:r>
          </w:p>
        </w:tc>
      </w:tr>
      <w:tr w:rsidR="007D3289" w14:paraId="18BC94D0" w14:textId="77777777" w:rsidTr="007D3289">
        <w:tc>
          <w:tcPr>
            <w:cnfStyle w:val="001000000000" w:firstRow="0" w:lastRow="0" w:firstColumn="1" w:lastColumn="0" w:oddVBand="0" w:evenVBand="0" w:oddHBand="0" w:evenHBand="0" w:firstRowFirstColumn="0" w:firstRowLastColumn="0" w:lastRowFirstColumn="0" w:lastRowLastColumn="0"/>
            <w:tcW w:w="3360" w:type="dxa"/>
          </w:tcPr>
          <w:p w14:paraId="005109F5" w14:textId="77777777" w:rsidR="007D3289" w:rsidRDefault="00000000">
            <w:r>
              <w:t>6</w:t>
            </w:r>
          </w:p>
        </w:tc>
        <w:tc>
          <w:tcPr>
            <w:tcW w:w="3360" w:type="dxa"/>
          </w:tcPr>
          <w:p w14:paraId="3FF79BA0" w14:textId="77777777" w:rsidR="007D3289" w:rsidRDefault="00000000">
            <w:pPr>
              <w:cnfStyle w:val="000000000000" w:firstRow="0" w:lastRow="0" w:firstColumn="0" w:lastColumn="0" w:oddVBand="0" w:evenVBand="0" w:oddHBand="0" w:evenHBand="0" w:firstRowFirstColumn="0" w:firstRowLastColumn="0" w:lastRowFirstColumn="0" w:lastRowLastColumn="0"/>
            </w:pPr>
            <w:r>
              <w:t>Move More</w:t>
            </w:r>
          </w:p>
        </w:tc>
        <w:tc>
          <w:tcPr>
            <w:tcW w:w="3360" w:type="dxa"/>
          </w:tcPr>
          <w:p w14:paraId="191A15A2" w14:textId="77777777" w:rsidR="007D3289" w:rsidRDefault="00000000">
            <w:pPr>
              <w:cnfStyle w:val="000000000000" w:firstRow="0" w:lastRow="0" w:firstColumn="0" w:lastColumn="0" w:oddVBand="0" w:evenVBand="0" w:oddHBand="0" w:evenHBand="0" w:firstRowFirstColumn="0" w:firstRowLastColumn="0" w:lastRowFirstColumn="0" w:lastRowLastColumn="0"/>
            </w:pPr>
            <w:r>
              <w:t>Take a walk with a friend.</w:t>
            </w:r>
          </w:p>
        </w:tc>
      </w:tr>
      <w:tr w:rsidR="007D3289" w14:paraId="68A4B92C" w14:textId="77777777" w:rsidTr="007D3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0" w:type="dxa"/>
          </w:tcPr>
          <w:p w14:paraId="15A5A271" w14:textId="77777777" w:rsidR="007D3289" w:rsidRDefault="00000000">
            <w:r>
              <w:t>7</w:t>
            </w:r>
          </w:p>
        </w:tc>
        <w:tc>
          <w:tcPr>
            <w:tcW w:w="3360" w:type="dxa"/>
          </w:tcPr>
          <w:p w14:paraId="0E558958" w14:textId="77777777" w:rsidR="007D3289" w:rsidRDefault="00000000">
            <w:pPr>
              <w:cnfStyle w:val="000000100000" w:firstRow="0" w:lastRow="0" w:firstColumn="0" w:lastColumn="0" w:oddVBand="0" w:evenVBand="0" w:oddHBand="1" w:evenHBand="0" w:firstRowFirstColumn="0" w:firstRowLastColumn="0" w:lastRowFirstColumn="0" w:lastRowLastColumn="0"/>
            </w:pPr>
            <w:r>
              <w:t>Renew Your Mind</w:t>
            </w:r>
          </w:p>
        </w:tc>
        <w:tc>
          <w:tcPr>
            <w:tcW w:w="3360" w:type="dxa"/>
          </w:tcPr>
          <w:p w14:paraId="0282A29B" w14:textId="77777777" w:rsidR="007D3289" w:rsidRDefault="00000000">
            <w:pPr>
              <w:cnfStyle w:val="000000100000" w:firstRow="0" w:lastRow="0" w:firstColumn="0" w:lastColumn="0" w:oddVBand="0" w:evenVBand="0" w:oddHBand="1" w:evenHBand="0" w:firstRowFirstColumn="0" w:firstRowLastColumn="0" w:lastRowFirstColumn="0" w:lastRowLastColumn="0"/>
            </w:pPr>
            <w:r>
              <w:t>Replace one negative thought with truth.</w:t>
            </w:r>
          </w:p>
        </w:tc>
      </w:tr>
      <w:tr w:rsidR="007D3289" w14:paraId="42CA3846" w14:textId="77777777" w:rsidTr="007D3289">
        <w:tc>
          <w:tcPr>
            <w:cnfStyle w:val="001000000000" w:firstRow="0" w:lastRow="0" w:firstColumn="1" w:lastColumn="0" w:oddVBand="0" w:evenVBand="0" w:oddHBand="0" w:evenHBand="0" w:firstRowFirstColumn="0" w:firstRowLastColumn="0" w:lastRowFirstColumn="0" w:lastRowLastColumn="0"/>
            <w:tcW w:w="3360" w:type="dxa"/>
          </w:tcPr>
          <w:p w14:paraId="1260B4EA" w14:textId="77777777" w:rsidR="007D3289" w:rsidRDefault="00000000">
            <w:r>
              <w:t>8</w:t>
            </w:r>
          </w:p>
        </w:tc>
        <w:tc>
          <w:tcPr>
            <w:tcW w:w="3360" w:type="dxa"/>
          </w:tcPr>
          <w:p w14:paraId="23093D04" w14:textId="77777777" w:rsidR="007D3289" w:rsidRDefault="00000000">
            <w:pPr>
              <w:cnfStyle w:val="000000000000" w:firstRow="0" w:lastRow="0" w:firstColumn="0" w:lastColumn="0" w:oddVBand="0" w:evenVBand="0" w:oddHBand="0" w:evenHBand="0" w:firstRowFirstColumn="0" w:firstRowLastColumn="0" w:lastRowFirstColumn="0" w:lastRowLastColumn="0"/>
            </w:pPr>
            <w:r>
              <w:t>Nourish</w:t>
            </w:r>
          </w:p>
        </w:tc>
        <w:tc>
          <w:tcPr>
            <w:tcW w:w="3360" w:type="dxa"/>
          </w:tcPr>
          <w:p w14:paraId="34768B49" w14:textId="77777777" w:rsidR="007D3289" w:rsidRDefault="00000000">
            <w:pPr>
              <w:cnfStyle w:val="000000000000" w:firstRow="0" w:lastRow="0" w:firstColumn="0" w:lastColumn="0" w:oddVBand="0" w:evenVBand="0" w:oddHBand="0" w:evenHBand="0" w:firstRowFirstColumn="0" w:firstRowLastColumn="0" w:lastRowFirstColumn="0" w:lastRowLastColumn="0"/>
            </w:pPr>
            <w:r>
              <w:t>Fill your plate with colorful vegetables.</w:t>
            </w:r>
          </w:p>
        </w:tc>
      </w:tr>
      <w:tr w:rsidR="007D3289" w14:paraId="1D3E66AE" w14:textId="77777777" w:rsidTr="007D32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0" w:type="dxa"/>
          </w:tcPr>
          <w:p w14:paraId="62DDBD94" w14:textId="77777777" w:rsidR="007D3289" w:rsidRDefault="00000000">
            <w:r>
              <w:t>9</w:t>
            </w:r>
          </w:p>
        </w:tc>
        <w:tc>
          <w:tcPr>
            <w:tcW w:w="3360" w:type="dxa"/>
          </w:tcPr>
          <w:p w14:paraId="6FBEC309" w14:textId="77777777" w:rsidR="007D3289" w:rsidRDefault="00000000">
            <w:pPr>
              <w:cnfStyle w:val="000000100000" w:firstRow="0" w:lastRow="0" w:firstColumn="0" w:lastColumn="0" w:oddVBand="0" w:evenVBand="0" w:oddHBand="1" w:evenHBand="0" w:firstRowFirstColumn="0" w:firstRowLastColumn="0" w:lastRowFirstColumn="0" w:lastRowLastColumn="0"/>
            </w:pPr>
            <w:r>
              <w:t>Finish Strong</w:t>
            </w:r>
          </w:p>
        </w:tc>
        <w:tc>
          <w:tcPr>
            <w:tcW w:w="3360" w:type="dxa"/>
          </w:tcPr>
          <w:p w14:paraId="044D1C2C" w14:textId="77777777" w:rsidR="007D3289" w:rsidRDefault="00000000">
            <w:pPr>
              <w:cnfStyle w:val="000000100000" w:firstRow="0" w:lastRow="0" w:firstColumn="0" w:lastColumn="0" w:oddVBand="0" w:evenVBand="0" w:oddHBand="1" w:evenHBand="0" w:firstRowFirstColumn="0" w:firstRowLastColumn="0" w:lastRowFirstColumn="0" w:lastRowLastColumn="0"/>
            </w:pPr>
            <w:r>
              <w:t>Make a Thanksgiving plan.</w:t>
            </w:r>
          </w:p>
        </w:tc>
      </w:tr>
      <w:tr w:rsidR="007D3289" w14:paraId="0F6ABD41" w14:textId="77777777" w:rsidTr="007D3289">
        <w:tc>
          <w:tcPr>
            <w:cnfStyle w:val="001000000000" w:firstRow="0" w:lastRow="0" w:firstColumn="1" w:lastColumn="0" w:oddVBand="0" w:evenVBand="0" w:oddHBand="0" w:evenHBand="0" w:firstRowFirstColumn="0" w:firstRowLastColumn="0" w:lastRowFirstColumn="0" w:lastRowLastColumn="0"/>
            <w:tcW w:w="3360" w:type="dxa"/>
          </w:tcPr>
          <w:p w14:paraId="7DF5D881" w14:textId="77777777" w:rsidR="007D3289" w:rsidRDefault="00000000">
            <w:r>
              <w:t>10</w:t>
            </w:r>
          </w:p>
        </w:tc>
        <w:tc>
          <w:tcPr>
            <w:tcW w:w="3360" w:type="dxa"/>
          </w:tcPr>
          <w:p w14:paraId="5B7FCF03" w14:textId="77777777" w:rsidR="007D3289" w:rsidRDefault="00000000">
            <w:pPr>
              <w:cnfStyle w:val="000000000000" w:firstRow="0" w:lastRow="0" w:firstColumn="0" w:lastColumn="0" w:oddVBand="0" w:evenVBand="0" w:oddHBand="0" w:evenHBand="0" w:firstRowFirstColumn="0" w:firstRowLastColumn="0" w:lastRowFirstColumn="0" w:lastRowLastColumn="0"/>
            </w:pPr>
            <w:r>
              <w:t>Celebrate Progress</w:t>
            </w:r>
          </w:p>
        </w:tc>
        <w:tc>
          <w:tcPr>
            <w:tcW w:w="3360" w:type="dxa"/>
          </w:tcPr>
          <w:p w14:paraId="5135938F" w14:textId="77777777" w:rsidR="007D3289" w:rsidRDefault="00000000">
            <w:pPr>
              <w:cnfStyle w:val="000000000000" w:firstRow="0" w:lastRow="0" w:firstColumn="0" w:lastColumn="0" w:oddVBand="0" w:evenVBand="0" w:oddHBand="0" w:evenHBand="0" w:firstRowFirstColumn="0" w:firstRowLastColumn="0" w:lastRowFirstColumn="0" w:lastRowLastColumn="0"/>
            </w:pPr>
            <w:r>
              <w:t>Reflect on energy, habits, sleep, and cravings.</w:t>
            </w:r>
          </w:p>
        </w:tc>
      </w:tr>
    </w:tbl>
    <w:p w14:paraId="0CEB1419" w14:textId="77777777" w:rsidR="007D3289" w:rsidRDefault="00000000">
      <w:pPr>
        <w:pStyle w:val="Heading1"/>
      </w:pPr>
      <w:r>
        <w:t>Daily tracker</w:t>
      </w:r>
    </w:p>
    <w:p w14:paraId="316EC060" w14:textId="77777777" w:rsidR="007D3289" w:rsidRDefault="00000000">
      <w:r>
        <w:t>Check each habit you practice. It is okay if not every box is checked!</w:t>
      </w:r>
    </w:p>
    <w:tbl>
      <w:tblPr>
        <w:tblStyle w:val="TableGrid"/>
        <w:tblW w:w="0" w:type="auto"/>
        <w:tblLook w:val="04A0" w:firstRow="1" w:lastRow="0" w:firstColumn="1" w:lastColumn="0" w:noHBand="0" w:noVBand="1"/>
      </w:tblPr>
      <w:tblGrid>
        <w:gridCol w:w="1678"/>
        <w:gridCol w:w="1678"/>
        <w:gridCol w:w="1679"/>
        <w:gridCol w:w="1678"/>
        <w:gridCol w:w="1679"/>
        <w:gridCol w:w="1678"/>
      </w:tblGrid>
      <w:tr w:rsidR="007D3289" w14:paraId="227CB417" w14:textId="77777777">
        <w:tc>
          <w:tcPr>
            <w:tcW w:w="1680" w:type="dxa"/>
          </w:tcPr>
          <w:p w14:paraId="00D6ECAF" w14:textId="77777777" w:rsidR="007D3289" w:rsidRDefault="00000000">
            <w:r>
              <w:t>Day</w:t>
            </w:r>
          </w:p>
        </w:tc>
        <w:tc>
          <w:tcPr>
            <w:tcW w:w="1680" w:type="dxa"/>
          </w:tcPr>
          <w:p w14:paraId="5042A5D4" w14:textId="77777777" w:rsidR="007D3289" w:rsidRDefault="00000000">
            <w:r>
              <w:t>Water</w:t>
            </w:r>
          </w:p>
        </w:tc>
        <w:tc>
          <w:tcPr>
            <w:tcW w:w="1680" w:type="dxa"/>
          </w:tcPr>
          <w:p w14:paraId="27E08EF5" w14:textId="77777777" w:rsidR="007D3289" w:rsidRDefault="00000000">
            <w:r>
              <w:t>Movement</w:t>
            </w:r>
          </w:p>
        </w:tc>
        <w:tc>
          <w:tcPr>
            <w:tcW w:w="1680" w:type="dxa"/>
          </w:tcPr>
          <w:p w14:paraId="6CD9233E" w14:textId="77777777" w:rsidR="007D3289" w:rsidRDefault="00000000">
            <w:r>
              <w:t>Food plan</w:t>
            </w:r>
          </w:p>
        </w:tc>
        <w:tc>
          <w:tcPr>
            <w:tcW w:w="1680" w:type="dxa"/>
          </w:tcPr>
          <w:p w14:paraId="612A0459" w14:textId="77777777" w:rsidR="007D3289" w:rsidRDefault="00000000">
            <w:r>
              <w:t>Mindset</w:t>
            </w:r>
          </w:p>
        </w:tc>
        <w:tc>
          <w:tcPr>
            <w:tcW w:w="1680" w:type="dxa"/>
          </w:tcPr>
          <w:p w14:paraId="23F5A9B8" w14:textId="77777777" w:rsidR="007D3289" w:rsidRDefault="00000000">
            <w:r>
              <w:t>Sleep</w:t>
            </w:r>
          </w:p>
        </w:tc>
      </w:tr>
      <w:tr w:rsidR="007D3289" w14:paraId="40329123" w14:textId="77777777">
        <w:tc>
          <w:tcPr>
            <w:tcW w:w="1680" w:type="dxa"/>
          </w:tcPr>
          <w:p w14:paraId="25158B55" w14:textId="77777777" w:rsidR="007D3289" w:rsidRDefault="00000000">
            <w:r>
              <w:t>1</w:t>
            </w:r>
          </w:p>
        </w:tc>
        <w:tc>
          <w:tcPr>
            <w:tcW w:w="1680" w:type="dxa"/>
          </w:tcPr>
          <w:p w14:paraId="468EFF77" w14:textId="77777777" w:rsidR="007D3289" w:rsidRDefault="00000000">
            <w:r>
              <w:t>☐</w:t>
            </w:r>
          </w:p>
        </w:tc>
        <w:tc>
          <w:tcPr>
            <w:tcW w:w="1680" w:type="dxa"/>
          </w:tcPr>
          <w:p w14:paraId="76EB4BEC" w14:textId="77777777" w:rsidR="007D3289" w:rsidRDefault="00000000">
            <w:r>
              <w:t>☐</w:t>
            </w:r>
          </w:p>
        </w:tc>
        <w:tc>
          <w:tcPr>
            <w:tcW w:w="1680" w:type="dxa"/>
          </w:tcPr>
          <w:p w14:paraId="3BCC98D1" w14:textId="77777777" w:rsidR="007D3289" w:rsidRDefault="00000000">
            <w:r>
              <w:t>☐</w:t>
            </w:r>
          </w:p>
        </w:tc>
        <w:tc>
          <w:tcPr>
            <w:tcW w:w="1680" w:type="dxa"/>
          </w:tcPr>
          <w:p w14:paraId="330F5BF9" w14:textId="77777777" w:rsidR="007D3289" w:rsidRDefault="00000000">
            <w:r>
              <w:t>☐</w:t>
            </w:r>
          </w:p>
        </w:tc>
        <w:tc>
          <w:tcPr>
            <w:tcW w:w="1680" w:type="dxa"/>
          </w:tcPr>
          <w:p w14:paraId="6F483553" w14:textId="77777777" w:rsidR="007D3289" w:rsidRDefault="00000000">
            <w:r>
              <w:t>☐</w:t>
            </w:r>
          </w:p>
        </w:tc>
      </w:tr>
      <w:tr w:rsidR="007D3289" w14:paraId="6A141A17" w14:textId="77777777">
        <w:tc>
          <w:tcPr>
            <w:tcW w:w="1680" w:type="dxa"/>
          </w:tcPr>
          <w:p w14:paraId="6EF6B96A" w14:textId="77777777" w:rsidR="007D3289" w:rsidRDefault="00000000">
            <w:r>
              <w:t>2</w:t>
            </w:r>
          </w:p>
        </w:tc>
        <w:tc>
          <w:tcPr>
            <w:tcW w:w="1680" w:type="dxa"/>
          </w:tcPr>
          <w:p w14:paraId="0A33FF36" w14:textId="77777777" w:rsidR="007D3289" w:rsidRDefault="00000000">
            <w:r>
              <w:t>☐</w:t>
            </w:r>
          </w:p>
        </w:tc>
        <w:tc>
          <w:tcPr>
            <w:tcW w:w="1680" w:type="dxa"/>
          </w:tcPr>
          <w:p w14:paraId="07D27D15" w14:textId="77777777" w:rsidR="007D3289" w:rsidRDefault="00000000">
            <w:r>
              <w:t>☐</w:t>
            </w:r>
          </w:p>
        </w:tc>
        <w:tc>
          <w:tcPr>
            <w:tcW w:w="1680" w:type="dxa"/>
          </w:tcPr>
          <w:p w14:paraId="31154687" w14:textId="77777777" w:rsidR="007D3289" w:rsidRDefault="00000000">
            <w:r>
              <w:t>☐</w:t>
            </w:r>
          </w:p>
        </w:tc>
        <w:tc>
          <w:tcPr>
            <w:tcW w:w="1680" w:type="dxa"/>
          </w:tcPr>
          <w:p w14:paraId="183F6FDA" w14:textId="77777777" w:rsidR="007D3289" w:rsidRDefault="00000000">
            <w:r>
              <w:t>☐</w:t>
            </w:r>
          </w:p>
        </w:tc>
        <w:tc>
          <w:tcPr>
            <w:tcW w:w="1680" w:type="dxa"/>
          </w:tcPr>
          <w:p w14:paraId="54B2CA9F" w14:textId="77777777" w:rsidR="007D3289" w:rsidRDefault="00000000">
            <w:r>
              <w:t>☐</w:t>
            </w:r>
          </w:p>
        </w:tc>
      </w:tr>
      <w:tr w:rsidR="007D3289" w14:paraId="303EF62A" w14:textId="77777777">
        <w:tc>
          <w:tcPr>
            <w:tcW w:w="1680" w:type="dxa"/>
          </w:tcPr>
          <w:p w14:paraId="2039C684" w14:textId="77777777" w:rsidR="007D3289" w:rsidRDefault="00000000">
            <w:r>
              <w:t>3</w:t>
            </w:r>
          </w:p>
        </w:tc>
        <w:tc>
          <w:tcPr>
            <w:tcW w:w="1680" w:type="dxa"/>
          </w:tcPr>
          <w:p w14:paraId="6381677B" w14:textId="77777777" w:rsidR="007D3289" w:rsidRDefault="00000000">
            <w:r>
              <w:t>☐</w:t>
            </w:r>
          </w:p>
        </w:tc>
        <w:tc>
          <w:tcPr>
            <w:tcW w:w="1680" w:type="dxa"/>
          </w:tcPr>
          <w:p w14:paraId="766BB5FE" w14:textId="77777777" w:rsidR="007D3289" w:rsidRDefault="00000000">
            <w:r>
              <w:t>☐</w:t>
            </w:r>
          </w:p>
        </w:tc>
        <w:tc>
          <w:tcPr>
            <w:tcW w:w="1680" w:type="dxa"/>
          </w:tcPr>
          <w:p w14:paraId="1D31C916" w14:textId="77777777" w:rsidR="007D3289" w:rsidRDefault="00000000">
            <w:r>
              <w:t>☐</w:t>
            </w:r>
          </w:p>
        </w:tc>
        <w:tc>
          <w:tcPr>
            <w:tcW w:w="1680" w:type="dxa"/>
          </w:tcPr>
          <w:p w14:paraId="19FC158E" w14:textId="77777777" w:rsidR="007D3289" w:rsidRDefault="00000000">
            <w:r>
              <w:t>☐</w:t>
            </w:r>
          </w:p>
        </w:tc>
        <w:tc>
          <w:tcPr>
            <w:tcW w:w="1680" w:type="dxa"/>
          </w:tcPr>
          <w:p w14:paraId="76D3A3C7" w14:textId="77777777" w:rsidR="007D3289" w:rsidRDefault="00000000">
            <w:r>
              <w:t>☐</w:t>
            </w:r>
          </w:p>
        </w:tc>
      </w:tr>
      <w:tr w:rsidR="007D3289" w14:paraId="2ED29FD2" w14:textId="77777777">
        <w:tc>
          <w:tcPr>
            <w:tcW w:w="1680" w:type="dxa"/>
          </w:tcPr>
          <w:p w14:paraId="7A76803F" w14:textId="77777777" w:rsidR="007D3289" w:rsidRDefault="00000000">
            <w:r>
              <w:t>4</w:t>
            </w:r>
          </w:p>
        </w:tc>
        <w:tc>
          <w:tcPr>
            <w:tcW w:w="1680" w:type="dxa"/>
          </w:tcPr>
          <w:p w14:paraId="2F22ECAB" w14:textId="77777777" w:rsidR="007D3289" w:rsidRDefault="00000000">
            <w:r>
              <w:t>☐</w:t>
            </w:r>
          </w:p>
        </w:tc>
        <w:tc>
          <w:tcPr>
            <w:tcW w:w="1680" w:type="dxa"/>
          </w:tcPr>
          <w:p w14:paraId="69DE38A8" w14:textId="77777777" w:rsidR="007D3289" w:rsidRDefault="00000000">
            <w:r>
              <w:t>☐</w:t>
            </w:r>
          </w:p>
        </w:tc>
        <w:tc>
          <w:tcPr>
            <w:tcW w:w="1680" w:type="dxa"/>
          </w:tcPr>
          <w:p w14:paraId="0D306B63" w14:textId="77777777" w:rsidR="007D3289" w:rsidRDefault="00000000">
            <w:r>
              <w:t>☐</w:t>
            </w:r>
          </w:p>
        </w:tc>
        <w:tc>
          <w:tcPr>
            <w:tcW w:w="1680" w:type="dxa"/>
          </w:tcPr>
          <w:p w14:paraId="15946D17" w14:textId="77777777" w:rsidR="007D3289" w:rsidRDefault="00000000">
            <w:r>
              <w:t>☐</w:t>
            </w:r>
          </w:p>
        </w:tc>
        <w:tc>
          <w:tcPr>
            <w:tcW w:w="1680" w:type="dxa"/>
          </w:tcPr>
          <w:p w14:paraId="7A29C0B4" w14:textId="77777777" w:rsidR="007D3289" w:rsidRDefault="00000000">
            <w:r>
              <w:t>☐</w:t>
            </w:r>
          </w:p>
        </w:tc>
      </w:tr>
      <w:tr w:rsidR="007D3289" w14:paraId="6C194B85" w14:textId="77777777">
        <w:tc>
          <w:tcPr>
            <w:tcW w:w="1680" w:type="dxa"/>
          </w:tcPr>
          <w:p w14:paraId="6149FA74" w14:textId="77777777" w:rsidR="007D3289" w:rsidRDefault="00000000">
            <w:r>
              <w:t>5</w:t>
            </w:r>
          </w:p>
        </w:tc>
        <w:tc>
          <w:tcPr>
            <w:tcW w:w="1680" w:type="dxa"/>
          </w:tcPr>
          <w:p w14:paraId="6E1A12B3" w14:textId="77777777" w:rsidR="007D3289" w:rsidRDefault="00000000">
            <w:r>
              <w:t>☐</w:t>
            </w:r>
          </w:p>
        </w:tc>
        <w:tc>
          <w:tcPr>
            <w:tcW w:w="1680" w:type="dxa"/>
          </w:tcPr>
          <w:p w14:paraId="794C3FB4" w14:textId="77777777" w:rsidR="007D3289" w:rsidRDefault="00000000">
            <w:r>
              <w:t>☐</w:t>
            </w:r>
          </w:p>
        </w:tc>
        <w:tc>
          <w:tcPr>
            <w:tcW w:w="1680" w:type="dxa"/>
          </w:tcPr>
          <w:p w14:paraId="7D34E522" w14:textId="77777777" w:rsidR="007D3289" w:rsidRDefault="00000000">
            <w:r>
              <w:t>☐</w:t>
            </w:r>
          </w:p>
        </w:tc>
        <w:tc>
          <w:tcPr>
            <w:tcW w:w="1680" w:type="dxa"/>
          </w:tcPr>
          <w:p w14:paraId="71473638" w14:textId="77777777" w:rsidR="007D3289" w:rsidRDefault="00000000">
            <w:r>
              <w:t>☐</w:t>
            </w:r>
          </w:p>
        </w:tc>
        <w:tc>
          <w:tcPr>
            <w:tcW w:w="1680" w:type="dxa"/>
          </w:tcPr>
          <w:p w14:paraId="53F7FFB3" w14:textId="77777777" w:rsidR="007D3289" w:rsidRDefault="00000000">
            <w:r>
              <w:t>☐</w:t>
            </w:r>
          </w:p>
        </w:tc>
      </w:tr>
      <w:tr w:rsidR="007D3289" w14:paraId="031C0F15" w14:textId="77777777">
        <w:tc>
          <w:tcPr>
            <w:tcW w:w="1680" w:type="dxa"/>
          </w:tcPr>
          <w:p w14:paraId="217310D3" w14:textId="77777777" w:rsidR="007D3289" w:rsidRDefault="00000000">
            <w:r>
              <w:t>6</w:t>
            </w:r>
          </w:p>
        </w:tc>
        <w:tc>
          <w:tcPr>
            <w:tcW w:w="1680" w:type="dxa"/>
          </w:tcPr>
          <w:p w14:paraId="56592A85" w14:textId="77777777" w:rsidR="007D3289" w:rsidRDefault="00000000">
            <w:r>
              <w:t>☐</w:t>
            </w:r>
          </w:p>
        </w:tc>
        <w:tc>
          <w:tcPr>
            <w:tcW w:w="1680" w:type="dxa"/>
          </w:tcPr>
          <w:p w14:paraId="35C10F2D" w14:textId="77777777" w:rsidR="007D3289" w:rsidRDefault="00000000">
            <w:r>
              <w:t>☐</w:t>
            </w:r>
          </w:p>
        </w:tc>
        <w:tc>
          <w:tcPr>
            <w:tcW w:w="1680" w:type="dxa"/>
          </w:tcPr>
          <w:p w14:paraId="4A70098A" w14:textId="77777777" w:rsidR="007D3289" w:rsidRDefault="00000000">
            <w:r>
              <w:t>☐</w:t>
            </w:r>
          </w:p>
        </w:tc>
        <w:tc>
          <w:tcPr>
            <w:tcW w:w="1680" w:type="dxa"/>
          </w:tcPr>
          <w:p w14:paraId="472AC4F4" w14:textId="77777777" w:rsidR="007D3289" w:rsidRDefault="00000000">
            <w:r>
              <w:t>☐</w:t>
            </w:r>
          </w:p>
        </w:tc>
        <w:tc>
          <w:tcPr>
            <w:tcW w:w="1680" w:type="dxa"/>
          </w:tcPr>
          <w:p w14:paraId="4ED2ABF7" w14:textId="77777777" w:rsidR="007D3289" w:rsidRDefault="00000000">
            <w:r>
              <w:t>☐</w:t>
            </w:r>
          </w:p>
        </w:tc>
      </w:tr>
      <w:tr w:rsidR="007D3289" w14:paraId="36757B90" w14:textId="77777777">
        <w:tc>
          <w:tcPr>
            <w:tcW w:w="1680" w:type="dxa"/>
          </w:tcPr>
          <w:p w14:paraId="667B3EC4" w14:textId="77777777" w:rsidR="007D3289" w:rsidRDefault="00000000">
            <w:r>
              <w:t>7</w:t>
            </w:r>
          </w:p>
        </w:tc>
        <w:tc>
          <w:tcPr>
            <w:tcW w:w="1680" w:type="dxa"/>
          </w:tcPr>
          <w:p w14:paraId="2123D081" w14:textId="77777777" w:rsidR="007D3289" w:rsidRDefault="00000000">
            <w:r>
              <w:t>☐</w:t>
            </w:r>
          </w:p>
        </w:tc>
        <w:tc>
          <w:tcPr>
            <w:tcW w:w="1680" w:type="dxa"/>
          </w:tcPr>
          <w:p w14:paraId="7602B389" w14:textId="77777777" w:rsidR="007D3289" w:rsidRDefault="00000000">
            <w:r>
              <w:t>☐</w:t>
            </w:r>
          </w:p>
        </w:tc>
        <w:tc>
          <w:tcPr>
            <w:tcW w:w="1680" w:type="dxa"/>
          </w:tcPr>
          <w:p w14:paraId="60AE8455" w14:textId="77777777" w:rsidR="007D3289" w:rsidRDefault="00000000">
            <w:r>
              <w:t>☐</w:t>
            </w:r>
          </w:p>
        </w:tc>
        <w:tc>
          <w:tcPr>
            <w:tcW w:w="1680" w:type="dxa"/>
          </w:tcPr>
          <w:p w14:paraId="22178A92" w14:textId="77777777" w:rsidR="007D3289" w:rsidRDefault="00000000">
            <w:r>
              <w:t>☐</w:t>
            </w:r>
          </w:p>
        </w:tc>
        <w:tc>
          <w:tcPr>
            <w:tcW w:w="1680" w:type="dxa"/>
          </w:tcPr>
          <w:p w14:paraId="7C2BC6C5" w14:textId="77777777" w:rsidR="007D3289" w:rsidRDefault="00000000">
            <w:r>
              <w:t>☐</w:t>
            </w:r>
          </w:p>
        </w:tc>
      </w:tr>
      <w:tr w:rsidR="007D3289" w14:paraId="793F77B8" w14:textId="77777777">
        <w:tc>
          <w:tcPr>
            <w:tcW w:w="1680" w:type="dxa"/>
          </w:tcPr>
          <w:p w14:paraId="541210DD" w14:textId="77777777" w:rsidR="007D3289" w:rsidRDefault="00000000">
            <w:r>
              <w:t>8</w:t>
            </w:r>
          </w:p>
        </w:tc>
        <w:tc>
          <w:tcPr>
            <w:tcW w:w="1680" w:type="dxa"/>
          </w:tcPr>
          <w:p w14:paraId="541DC80C" w14:textId="77777777" w:rsidR="007D3289" w:rsidRDefault="00000000">
            <w:r>
              <w:t>☐</w:t>
            </w:r>
          </w:p>
        </w:tc>
        <w:tc>
          <w:tcPr>
            <w:tcW w:w="1680" w:type="dxa"/>
          </w:tcPr>
          <w:p w14:paraId="1590656E" w14:textId="77777777" w:rsidR="007D3289" w:rsidRDefault="00000000">
            <w:r>
              <w:t>☐</w:t>
            </w:r>
          </w:p>
        </w:tc>
        <w:tc>
          <w:tcPr>
            <w:tcW w:w="1680" w:type="dxa"/>
          </w:tcPr>
          <w:p w14:paraId="5F8FE41B" w14:textId="77777777" w:rsidR="007D3289" w:rsidRDefault="00000000">
            <w:r>
              <w:t>☐</w:t>
            </w:r>
          </w:p>
        </w:tc>
        <w:tc>
          <w:tcPr>
            <w:tcW w:w="1680" w:type="dxa"/>
          </w:tcPr>
          <w:p w14:paraId="2E2ED406" w14:textId="77777777" w:rsidR="007D3289" w:rsidRDefault="00000000">
            <w:r>
              <w:t>☐</w:t>
            </w:r>
          </w:p>
        </w:tc>
        <w:tc>
          <w:tcPr>
            <w:tcW w:w="1680" w:type="dxa"/>
          </w:tcPr>
          <w:p w14:paraId="5588B974" w14:textId="77777777" w:rsidR="007D3289" w:rsidRDefault="00000000">
            <w:r>
              <w:t>☐</w:t>
            </w:r>
          </w:p>
        </w:tc>
      </w:tr>
      <w:tr w:rsidR="007D3289" w14:paraId="7404B212" w14:textId="77777777">
        <w:tc>
          <w:tcPr>
            <w:tcW w:w="1680" w:type="dxa"/>
          </w:tcPr>
          <w:p w14:paraId="12E0D338" w14:textId="77777777" w:rsidR="007D3289" w:rsidRDefault="00000000">
            <w:r>
              <w:t>9</w:t>
            </w:r>
          </w:p>
        </w:tc>
        <w:tc>
          <w:tcPr>
            <w:tcW w:w="1680" w:type="dxa"/>
          </w:tcPr>
          <w:p w14:paraId="5613CB1B" w14:textId="77777777" w:rsidR="007D3289" w:rsidRDefault="00000000">
            <w:r>
              <w:t>☐</w:t>
            </w:r>
          </w:p>
        </w:tc>
        <w:tc>
          <w:tcPr>
            <w:tcW w:w="1680" w:type="dxa"/>
          </w:tcPr>
          <w:p w14:paraId="5063BAC0" w14:textId="77777777" w:rsidR="007D3289" w:rsidRDefault="00000000">
            <w:r>
              <w:t>☐</w:t>
            </w:r>
          </w:p>
        </w:tc>
        <w:tc>
          <w:tcPr>
            <w:tcW w:w="1680" w:type="dxa"/>
          </w:tcPr>
          <w:p w14:paraId="1D003FD4" w14:textId="77777777" w:rsidR="007D3289" w:rsidRDefault="00000000">
            <w:r>
              <w:t>☐</w:t>
            </w:r>
          </w:p>
        </w:tc>
        <w:tc>
          <w:tcPr>
            <w:tcW w:w="1680" w:type="dxa"/>
          </w:tcPr>
          <w:p w14:paraId="2D9D66F5" w14:textId="77777777" w:rsidR="007D3289" w:rsidRDefault="00000000">
            <w:r>
              <w:t>☐</w:t>
            </w:r>
          </w:p>
        </w:tc>
        <w:tc>
          <w:tcPr>
            <w:tcW w:w="1680" w:type="dxa"/>
          </w:tcPr>
          <w:p w14:paraId="0A838EA9" w14:textId="77777777" w:rsidR="007D3289" w:rsidRDefault="00000000">
            <w:r>
              <w:t>☐</w:t>
            </w:r>
          </w:p>
        </w:tc>
      </w:tr>
      <w:tr w:rsidR="007D3289" w14:paraId="3A952037" w14:textId="77777777">
        <w:tc>
          <w:tcPr>
            <w:tcW w:w="1680" w:type="dxa"/>
          </w:tcPr>
          <w:p w14:paraId="73306415" w14:textId="77777777" w:rsidR="007D3289" w:rsidRDefault="00000000">
            <w:r>
              <w:t>10</w:t>
            </w:r>
          </w:p>
        </w:tc>
        <w:tc>
          <w:tcPr>
            <w:tcW w:w="1680" w:type="dxa"/>
          </w:tcPr>
          <w:p w14:paraId="227C6A19" w14:textId="77777777" w:rsidR="007D3289" w:rsidRDefault="00000000">
            <w:r>
              <w:t>☐</w:t>
            </w:r>
          </w:p>
        </w:tc>
        <w:tc>
          <w:tcPr>
            <w:tcW w:w="1680" w:type="dxa"/>
          </w:tcPr>
          <w:p w14:paraId="19FF0D49" w14:textId="77777777" w:rsidR="007D3289" w:rsidRDefault="00000000">
            <w:r>
              <w:t>☐</w:t>
            </w:r>
          </w:p>
        </w:tc>
        <w:tc>
          <w:tcPr>
            <w:tcW w:w="1680" w:type="dxa"/>
          </w:tcPr>
          <w:p w14:paraId="68AD78F1" w14:textId="77777777" w:rsidR="007D3289" w:rsidRDefault="00000000">
            <w:r>
              <w:t>☐</w:t>
            </w:r>
          </w:p>
        </w:tc>
        <w:tc>
          <w:tcPr>
            <w:tcW w:w="1680" w:type="dxa"/>
          </w:tcPr>
          <w:p w14:paraId="6205A411" w14:textId="77777777" w:rsidR="007D3289" w:rsidRDefault="00000000">
            <w:r>
              <w:t>☐</w:t>
            </w:r>
          </w:p>
        </w:tc>
        <w:tc>
          <w:tcPr>
            <w:tcW w:w="1680" w:type="dxa"/>
          </w:tcPr>
          <w:p w14:paraId="0D741D4F" w14:textId="77777777" w:rsidR="007D3289" w:rsidRDefault="00000000">
            <w:r>
              <w:t>☐</w:t>
            </w:r>
          </w:p>
        </w:tc>
      </w:tr>
    </w:tbl>
    <w:p w14:paraId="0601A085" w14:textId="77777777" w:rsidR="007D3289" w:rsidRDefault="00000000">
      <w:pPr>
        <w:pStyle w:val="Heading1"/>
      </w:pPr>
      <w:r>
        <w:t>Enjoy Thanksgiving; return to your routine</w:t>
      </w:r>
    </w:p>
    <w:p w14:paraId="0777CD2F" w14:textId="77777777" w:rsidR="007D3289" w:rsidRDefault="00000000">
      <w:r>
        <w:t>Thanksgiving is for gratitude, connection, and enjoyment—not guilt. Savor your favorite foods mindfully, then return to the habits that help you feel your best. No compensatory fasting or punishment workouts.</w:t>
      </w:r>
    </w:p>
    <w:p w14:paraId="1A0746C3" w14:textId="77777777" w:rsidR="007D3289" w:rsidRDefault="00000000">
      <w:pPr>
        <w:pStyle w:val="Heading1"/>
      </w:pPr>
      <w:r>
        <w:t>The 3-Day ELT Reset  |  Nov. 30–Dec. 2</w:t>
      </w:r>
    </w:p>
    <w:p w14:paraId="243273A5" w14:textId="77777777" w:rsidR="007D3289" w:rsidRDefault="00000000">
      <w:pPr>
        <w:pStyle w:val="ListBullet"/>
      </w:pPr>
      <w:r>
        <w:t>MONDAY: Reset your routine—plan simple meals, hydrate, and take a walk.</w:t>
      </w:r>
    </w:p>
    <w:p w14:paraId="3E8B3B63" w14:textId="77777777" w:rsidR="007D3289" w:rsidRDefault="00000000">
      <w:pPr>
        <w:pStyle w:val="ListBullet"/>
      </w:pPr>
      <w:r>
        <w:t>TUESDAY: Renew your commitment—focus on nourishing food, movement, and positive self-talk.</w:t>
      </w:r>
    </w:p>
    <w:p w14:paraId="7E721283" w14:textId="77777777" w:rsidR="007D3289" w:rsidRDefault="00000000">
      <w:pPr>
        <w:pStyle w:val="ListBullet"/>
      </w:pPr>
      <w:r>
        <w:t>WEDNESDAY: Build momentum—choose habits you will continue through December.</w:t>
      </w:r>
    </w:p>
    <w:p w14:paraId="655F6471" w14:textId="3FB74821" w:rsidR="007D3289" w:rsidRDefault="00000000">
      <w:r>
        <w:t xml:space="preserve">Those comfortable with Level 3 may use its food guidelines for these three days; others may reset at Level 1 or 2. </w:t>
      </w:r>
    </w:p>
    <w:sectPr w:rsidR="007D3289"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4850975">
    <w:abstractNumId w:val="8"/>
  </w:num>
  <w:num w:numId="2" w16cid:durableId="2146729601">
    <w:abstractNumId w:val="6"/>
  </w:num>
  <w:num w:numId="3" w16cid:durableId="299457150">
    <w:abstractNumId w:val="5"/>
  </w:num>
  <w:num w:numId="4" w16cid:durableId="1162310230">
    <w:abstractNumId w:val="4"/>
  </w:num>
  <w:num w:numId="5" w16cid:durableId="1885017634">
    <w:abstractNumId w:val="7"/>
  </w:num>
  <w:num w:numId="6" w16cid:durableId="1553425200">
    <w:abstractNumId w:val="3"/>
  </w:num>
  <w:num w:numId="7" w16cid:durableId="164364684">
    <w:abstractNumId w:val="2"/>
  </w:num>
  <w:num w:numId="8" w16cid:durableId="1751003208">
    <w:abstractNumId w:val="1"/>
  </w:num>
  <w:num w:numId="9" w16cid:durableId="56290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6191"/>
    <w:rsid w:val="0015074B"/>
    <w:rsid w:val="0029639D"/>
    <w:rsid w:val="00326F90"/>
    <w:rsid w:val="003568E2"/>
    <w:rsid w:val="004A51DC"/>
    <w:rsid w:val="007D3289"/>
    <w:rsid w:val="008709CF"/>
    <w:rsid w:val="008F79E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45649"/>
  <w14:defaultImageDpi w14:val="300"/>
  <w15:docId w15:val="{3FBD8410-4AAF-9343-924B-FF9890983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45B4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45B4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45B48"/>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Danna Demetre</cp:lastModifiedBy>
  <cp:revision>2</cp:revision>
  <dcterms:created xsi:type="dcterms:W3CDTF">2026-11-03T17:07:00Z</dcterms:created>
  <dcterms:modified xsi:type="dcterms:W3CDTF">2026-11-03T17:07:00Z</dcterms:modified>
  <cp:category/>
</cp:coreProperties>
</file>